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 w:before="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32"/>
        </w:rPr>
        <w:t>ТЕСТ ПО БИОЛОГИИ</w:t>
      </w:r>
    </w:p>
    <w:p>
      <w:pPr>
        <w:spacing w:after="60" w:before="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5 класс</w:t>
      </w:r>
    </w:p>
    <w:p>
      <w:pPr>
        <w:spacing w:after="160" w:before="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Тема: «Биология — наука о живой природе»</w:t>
      </w:r>
    </w:p>
    <w:p>
      <w:pPr>
        <w:spacing w:after="200" w:before="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2 варианта по 15 вопросов</w:t>
      </w:r>
    </w:p>
    <w:p>
      <w:pPr>
        <w:spacing w:after="160" w:before="0" w:line="240" w:lineRule="auto"/>
        <w:jc w:val="center"/>
      </w:pPr>
      <w:r>
        <w:rPr>
          <w:rFonts w:ascii="Times New Roman" w:hAnsi="Times New Roman" w:eastAsia="Times New Roman"/>
          <w:b w:val="0"/>
          <w:i/>
          <w:sz w:val="22"/>
        </w:rPr>
        <w:t>Составлено по содержанию вводной темы курса биологии 5 класса под ред. В. В. Пасечника.</w:t>
      </w:r>
    </w:p>
    <w:p>
      <w:pPr>
        <w:spacing w:after="280" w:before="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Автор: 100ballnik.com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68"/>
        <w:gridCol w:w="6803"/>
      </w:tblGrid>
      <w:tr>
        <w:trPr>
          <w:cantSplit/>
        </w:trPr>
        <w:tc>
          <w:tcPr>
            <w:tcW w:type="dxa" w:w="51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Times New Roman" w:hAnsi="Times New Roman" w:eastAsia="Times New Roman"/>
                <w:b/>
                <w:sz w:val="22"/>
              </w:rPr>
              <w:t>Фамилия, имя:</w:t>
            </w:r>
          </w:p>
        </w:tc>
        <w:tc>
          <w:tcPr>
            <w:tcW w:type="dxa" w:w="51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Times New Roman" w:hAnsi="Times New Roman" w:eastAsia="Times New Roman"/>
                <w:b w:val="0"/>
                <w:sz w:val="22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51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Times New Roman" w:hAnsi="Times New Roman" w:eastAsia="Times New Roman"/>
                <w:b/>
                <w:sz w:val="22"/>
              </w:rPr>
              <w:t>Класс:</w:t>
            </w:r>
          </w:p>
        </w:tc>
        <w:tc>
          <w:tcPr>
            <w:tcW w:type="dxa" w:w="51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Times New Roman" w:hAnsi="Times New Roman" w:eastAsia="Times New Roman"/>
                <w:b w:val="0"/>
                <w:sz w:val="22"/>
              </w:rPr>
              <w:t>__________</w:t>
            </w:r>
          </w:p>
        </w:tc>
      </w:tr>
      <w:tr>
        <w:trPr>
          <w:cantSplit/>
        </w:trPr>
        <w:tc>
          <w:tcPr>
            <w:tcW w:type="dxa" w:w="51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Times New Roman" w:hAnsi="Times New Roman" w:eastAsia="Times New Roman"/>
                <w:b/>
                <w:sz w:val="22"/>
              </w:rPr>
              <w:t>Дата:</w:t>
            </w:r>
          </w:p>
        </w:tc>
        <w:tc>
          <w:tcPr>
            <w:tcW w:type="dxa" w:w="5156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/>
            <w:r>
              <w:rPr>
                <w:rFonts w:ascii="Times New Roman" w:hAnsi="Times New Roman" w:eastAsia="Times New Roman"/>
                <w:b w:val="0"/>
                <w:sz w:val="22"/>
              </w:rPr>
              <w:t>____________________</w:t>
            </w:r>
          </w:p>
        </w:tc>
      </w:tr>
    </w:tbl>
    <w:p>
      <w:pPr>
        <w:spacing w:after="60" w:before="200" w:line="240" w:lineRule="auto"/>
      </w:pPr>
      <w:r>
        <w:rPr>
          <w:rFonts w:ascii="Times New Roman" w:hAnsi="Times New Roman" w:eastAsia="Times New Roman"/>
          <w:b/>
          <w:i w:val="0"/>
          <w:sz w:val="24"/>
        </w:rPr>
        <w:t>Инструкция</w:t>
      </w:r>
    </w:p>
    <w:p>
      <w:pPr>
        <w:spacing w:after="80" w:before="0" w:line="252" w:lineRule="auto"/>
      </w:pPr>
      <w:r>
        <w:rPr>
          <w:rFonts w:ascii="Times New Roman" w:hAnsi="Times New Roman" w:eastAsia="Times New Roman"/>
          <w:b w:val="0"/>
          <w:i w:val="0"/>
          <w:sz w:val="22"/>
        </w:rPr>
        <w:t>В каждом задании выберите один правильный ответ и обведите соответствующую букву. За каждый правильный ответ — 1 балл. Максимум — 15 баллов.</w:t>
      </w:r>
    </w:p>
    <w:p>
      <w:pPr>
        <w:spacing w:after="0" w:before="0" w:line="240" w:lineRule="auto"/>
      </w:pPr>
      <w:r>
        <w:rPr>
          <w:rFonts w:ascii="Times New Roman" w:hAnsi="Times New Roman" w:eastAsia="Times New Roman"/>
          <w:b w:val="0"/>
          <w:i/>
          <w:sz w:val="20"/>
        </w:rPr>
        <w:t>Рекомендуемая шкала: 13–15 баллов — «5»; 10–12 — «4»; 7–9 — «3»; 0–6 — «2».</w:t>
      </w:r>
    </w:p>
    <w:p>
      <w:r>
        <w:br w:type="page"/>
      </w:r>
    </w:p>
    <w:p>
      <w:pPr>
        <w:spacing w:after="60" w:before="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ВАРИАНТ 1</w:t>
      </w:r>
    </w:p>
    <w:p>
      <w:pPr>
        <w:spacing w:after="140" w:before="0" w:line="240" w:lineRule="auto"/>
        <w:jc w:val="center"/>
      </w:pPr>
      <w:r>
        <w:rPr>
          <w:rFonts w:ascii="Times New Roman" w:hAnsi="Times New Roman" w:eastAsia="Times New Roman"/>
          <w:b w:val="0"/>
          <w:i/>
          <w:sz w:val="20"/>
        </w:rPr>
        <w:t>Выберите один правильный ответ.</w:t>
      </w:r>
    </w:p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1. Что изучает биология?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Только растения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Живую природу и проявления жизни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Только тело человека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Только неживые тела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2. Как переводится с греческого слово «биос», входящее в название науки «биология»?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Жизнь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Земля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Природа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Знание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3. Что относится к живой природе?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Гранит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Облако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Берёза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Река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4. Какая биологическая наука изучает растения?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Зоология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Ботаника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Цитология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Микология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5. Какая биологическая наука изучает животных?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Зоология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Ботаника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Генетика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Бактериология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6. Что изучает микология?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Вирусы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Клетки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Растения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Грибы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7. Какая наука изучает бактерии?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Анатомия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Экология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Бактериология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Физиология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8. Что является объектом изучения цитологии?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Клетка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Погода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Горная порода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Планета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9. Что изучает физиология?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Только названия организмов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Процессы жизнедеятельности организмов и органов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Только внешнее строение растений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Только ископаемые остатки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10. Какая наука изучает связи организмов между собой и с окружающей средой?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Анатомия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Ботаника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Цитология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Экология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11. Что изучает генетика?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Строение горных пород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Движение планет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Наследственность и изменчивость организмов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Состав воздуха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12. Как называется оболочка Земли, в пределах которой распространена жизнь?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Атмосфера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Биосфера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Литосфера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Гидросфера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13. Какое исследование относится к области биологии?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Наблюдение за прорастанием семени фасоли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Изучение движения Луны вокруг Земли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Определение твёрдости минерала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Измерение скорости автомобиля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14. Кому особенно необходимы биологические знания в профессиональной деятельности?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Архитектору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Программисту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Пилоту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Ветеринару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15. Почему биологические знания важны для человека?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Они нужны только для работы в лаборатории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Они объясняют только устройство технических машин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Они помогают сохранять здоровье, развивать сельское хозяйство и охранять природу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Они используются только при изучении космоса</w:t>
            </w:r>
          </w:p>
        </w:tc>
      </w:tr>
    </w:tbl>
    <w:p>
      <w:r>
        <w:br w:type="page"/>
      </w:r>
    </w:p>
    <w:p>
      <w:pPr>
        <w:spacing w:after="60" w:before="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ВАРИАНТ 2</w:t>
      </w:r>
    </w:p>
    <w:p>
      <w:pPr>
        <w:spacing w:after="140" w:before="0" w:line="240" w:lineRule="auto"/>
        <w:jc w:val="center"/>
      </w:pPr>
      <w:r>
        <w:rPr>
          <w:rFonts w:ascii="Times New Roman" w:hAnsi="Times New Roman" w:eastAsia="Times New Roman"/>
          <w:b w:val="0"/>
          <w:i/>
          <w:sz w:val="20"/>
        </w:rPr>
        <w:t>Выберите один правильный ответ.</w:t>
      </w:r>
    </w:p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1. Как наиболее точно можно определить биологию?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Наука о живой природе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Наука только о человеке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Наука о небесных телах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Наука о веществах неживой природы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2. Что изучает биология наряду со строением организмов?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Только массу и форму камней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Только погоду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Их жизнедеятельность, многообразие и связи со средой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Только движение транспорта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3. Какая наука изучает вирусы?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Микология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Вирусология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Ботаника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Зоология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4. Какая биологическая наука изучает строение организма и его органов?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Экология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Генетика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Бактериология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Анатомия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5. Учёный исследует работу сердца и дыхательной системы. Какая наука ему особенно нужна?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Физиология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Ботаника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Микология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Геология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6. Какой объект прежде всего будет изучать зоолог?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Берёзу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Шампиньон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Лису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Бактерию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7. Какой объект прежде всего будет изучать ботаник?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Волка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Подсолнечник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Дрожжи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Вирус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8. Учёный выясняет, как загрязнение воды влияет на рыб и водные растения. К какой области биологии ближе всего такое исследование?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Анатомия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Цитология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Генетика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Экология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9. Учёный изучает, почему признаки родителей могут проявляться у потомства. Какая это наука?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Генетика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Зоология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Микология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Анатомия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10. Что изучает цитолог?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Созвездия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Минералы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Клетки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Облака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11. Как называется область распространения жизни на Земле?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Ядро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Биосфера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Мантия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Стратосфера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12. Какой из перечисленных объектов является живым организмом?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Кристалл соли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Капля дождя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Песчинка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Гриб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13. Какое явление относится к проявлениям жизни?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Рост молодого растения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Таяние льда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Разрушение скалы ветром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Образование облака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14. Какая профессия непосредственно связана с применением знаний о растениях и условиях их выращивания?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Машинист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Ювелир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Агроном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Переводчик</w:t>
            </w:r>
          </w:p>
        </w:tc>
      </w:tr>
    </w:tbl>
    <w:p>
      <w:pPr>
        <w:keepNext/>
        <w:spacing w:before="60" w:after="0" w:line="240" w:lineRule="auto"/>
      </w:pPr>
      <w:r>
        <w:rPr>
          <w:rFonts w:ascii="Times New Roman" w:hAnsi="Times New Roman" w:eastAsia="Times New Roman"/>
          <w:b/>
          <w:sz w:val="21"/>
        </w:rPr>
        <w:t>15. Как биология помогает охране природы?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56"/>
        <w:gridCol w:w="5156"/>
      </w:tblGrid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А) Позволяет полностью отказаться от наблюдений за природой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Б) Помогает изучать организмы и их связи со средой, чтобы обоснованно сохранять их</w:t>
            </w:r>
          </w:p>
        </w:tc>
      </w:tr>
      <w:tr>
        <w:trPr>
          <w:cantSplit/>
        </w:trPr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В) Изучает только неживые природные тела</w:t>
            </w:r>
          </w:p>
        </w:tc>
        <w:tc>
          <w:tcPr>
            <w:tcW w:type="dxa" w:w="5156"/>
            <w:tcMar>
              <w:top w:w="20" w:type="dxa"/>
              <w:start w:w="60" w:type="dxa"/>
              <w:bottom w:w="20" w:type="dxa"/>
              <w:end w:w="60" w:type="dxa"/>
            </w:tcMar>
          </w:tcPr>
          <w:p>
            <w:pPr>
              <w:spacing w:after="0" w:line="240" w:lineRule="auto"/>
            </w:pPr>
            <w:r/>
            <w:r>
              <w:rPr>
                <w:rFonts w:ascii="Times New Roman" w:hAnsi="Times New Roman" w:eastAsia="Times New Roman"/>
                <w:sz w:val="19"/>
              </w:rPr>
              <w:t>Г) Не связана с охраной окружающей среды</w:t>
            </w:r>
          </w:p>
        </w:tc>
      </w:tr>
    </w:tbl>
    <w:p>
      <w:r>
        <w:br w:type="page"/>
      </w:r>
    </w:p>
    <w:p>
      <w:pPr>
        <w:spacing w:after="160" w:before="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ОТВЕТЫ ДЛЯ ПРОВЕРКИ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  <w:cantSplit/>
        </w:trPr>
        <w:tc>
          <w:tcPr>
            <w:tcW w:type="dxa" w:w="3437"/>
            <w:shd w:fill="D9EA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№</w:t>
            </w:r>
          </w:p>
        </w:tc>
        <w:tc>
          <w:tcPr>
            <w:tcW w:type="dxa" w:w="3437"/>
            <w:shd w:fill="D9EA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Вариант 1</w:t>
            </w:r>
          </w:p>
        </w:tc>
        <w:tc>
          <w:tcPr>
            <w:tcW w:type="dxa" w:w="3437"/>
            <w:shd w:fill="D9EAF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Вариант 2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1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Б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А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2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А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В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3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В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Б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4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Б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Г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5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А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А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6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Г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В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7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В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Б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8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А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Г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9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Б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А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10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Г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В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11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В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Б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12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Б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Г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13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А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А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14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Г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В</w:t>
            </w:r>
          </w:p>
        </w:tc>
      </w:tr>
      <w:tr>
        <w:trPr>
          <w:cantSplit/>
        </w:trPr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15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В</w:t>
            </w:r>
          </w:p>
        </w:tc>
        <w:tc>
          <w:tcPr>
            <w:tcW w:type="dxa" w:w="3437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21"/>
              </w:rPr>
              <w:t>Б</w:t>
            </w:r>
          </w:p>
        </w:tc>
      </w:tr>
    </w:tbl>
    <w:p>
      <w:pPr>
        <w:spacing w:after="40" w:before="200" w:line="252" w:lineRule="auto"/>
      </w:pPr>
      <w:r>
        <w:rPr>
          <w:rFonts w:ascii="Times New Roman" w:hAnsi="Times New Roman" w:eastAsia="Times New Roman"/>
          <w:b w:val="0"/>
          <w:i/>
          <w:sz w:val="20"/>
        </w:rPr>
        <w:t>Примечание: задания проверяют знание содержания темы «Биология — наука о живой природе»: предмет биологии, основные биологические науки, объекты их изучения, понятие биосферы и значение биологических знаний.</w:t>
      </w:r>
    </w:p>
    <w:p>
      <w:pPr>
        <w:spacing w:after="0" w:before="120" w:line="240" w:lineRule="auto"/>
        <w:jc w:val="right"/>
      </w:pPr>
      <w:r>
        <w:rPr>
          <w:rFonts w:ascii="Times New Roman" w:hAnsi="Times New Roman" w:eastAsia="Times New Roman"/>
          <w:b/>
          <w:i w:val="0"/>
          <w:sz w:val="22"/>
        </w:rPr>
        <w:t>Автор: 100ballnik.com</w:t>
      </w:r>
    </w:p>
    <w:sectPr w:rsidR="00FC693F" w:rsidRPr="0006063C" w:rsidSect="00034616">
      <w:footerReference w:type="default" r:id="rId9"/>
      <w:pgSz w:w="12240" w:h="15840"/>
      <w:pgMar w:top="794" w:right="964" w:bottom="79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i/>
        <w:sz w:val="18"/>
      </w:rPr>
      <w:t>100ballnik.com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 по биологии 5 класс — Биология наука о живой природе</dc:title>
  <dc:subject>2 варианта по 15 вопросов, учебник Пасечника</dc:subject>
  <dc:creator>100ballnik.com</dc:creator>
  <cp:keywords>биология, 5 класс, Пасечник, тест, 2 варианта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