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CF61" w14:textId="77777777" w:rsidR="00571BCF" w:rsidRPr="003A4531" w:rsidRDefault="00000000" w:rsidP="003A4531">
      <w:pPr>
        <w:spacing w:after="0" w:line="240" w:lineRule="auto"/>
        <w:jc w:val="center"/>
        <w:rPr>
          <w:color w:val="000000" w:themeColor="text1"/>
          <w:lang w:val="ru-RU"/>
        </w:rPr>
      </w:pPr>
      <w:r w:rsidRPr="003A4531">
        <w:rPr>
          <w:b/>
          <w:color w:val="000000" w:themeColor="text1"/>
          <w:sz w:val="36"/>
          <w:lang w:val="ru-RU"/>
        </w:rPr>
        <w:t>План классных часов на 2026–2027 учебный год</w:t>
      </w:r>
    </w:p>
    <w:p w14:paraId="52969D45" w14:textId="77777777" w:rsidR="00571BCF" w:rsidRDefault="00000000" w:rsidP="003A4531">
      <w:pPr>
        <w:spacing w:after="0" w:line="240" w:lineRule="auto"/>
        <w:jc w:val="center"/>
        <w:rPr>
          <w:b/>
          <w:color w:val="000000" w:themeColor="text1"/>
          <w:sz w:val="28"/>
          <w:lang w:val="ru-RU"/>
        </w:rPr>
      </w:pPr>
      <w:r w:rsidRPr="003A4531">
        <w:rPr>
          <w:b/>
          <w:color w:val="000000" w:themeColor="text1"/>
          <w:sz w:val="28"/>
          <w:lang w:val="ru-RU"/>
        </w:rPr>
        <w:t>с акцентом на безопасность и профилактику для 1–11 классов</w:t>
      </w:r>
    </w:p>
    <w:p w14:paraId="6C891566" w14:textId="77777777" w:rsidR="003A4531" w:rsidRPr="003A4531" w:rsidRDefault="003A4531" w:rsidP="003A4531">
      <w:pPr>
        <w:spacing w:after="0" w:line="240" w:lineRule="auto"/>
        <w:jc w:val="center"/>
        <w:rPr>
          <w:color w:val="000000" w:themeColor="text1"/>
          <w:lang w:val="ru-RU"/>
        </w:rPr>
      </w:pPr>
    </w:p>
    <w:p w14:paraId="771C4285" w14:textId="77777777" w:rsidR="00571BCF" w:rsidRPr="003A4531" w:rsidRDefault="00000000" w:rsidP="003A4531">
      <w:pPr>
        <w:spacing w:after="0" w:line="240" w:lineRule="auto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Цель: </w:t>
      </w:r>
      <w:r w:rsidRPr="003A4531">
        <w:rPr>
          <w:color w:val="000000" w:themeColor="text1"/>
          <w:lang w:val="ru-RU"/>
        </w:rPr>
        <w:t>формирование у обучающихся ответственного отношения к собственной безопасности, здоровью, поведению в обществе, профилактика правонарушений, вредных привычек, буллинга, интернет-угроз и чрезвычайных ситуаций.</w:t>
      </w:r>
    </w:p>
    <w:p w14:paraId="1230DC15" w14:textId="77777777" w:rsidR="00571BCF" w:rsidRPr="003A4531" w:rsidRDefault="00000000" w:rsidP="003A4531">
      <w:pPr>
        <w:spacing w:after="0" w:line="240" w:lineRule="auto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>Задачи:</w:t>
      </w:r>
    </w:p>
    <w:p w14:paraId="7777DD87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Формировать навыки безопасного поведения в школе, дома, на улице, в транспорте и сети Интернет.</w:t>
      </w:r>
    </w:p>
    <w:p w14:paraId="4C7A8452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Проводить профилактику детского дорожно-транспортного травматизма.</w:t>
      </w:r>
    </w:p>
    <w:p w14:paraId="1333166F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Развивать у обучающихся правовую грамотность и ответственность за свои поступки.</w:t>
      </w:r>
    </w:p>
    <w:p w14:paraId="29F04F3B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Предупреждать употребление психоактивных веществ, вредных привычек и рискованного поведения.</w:t>
      </w:r>
    </w:p>
    <w:p w14:paraId="031C590A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Формировать культуру общения, уважения, толерантности и ненасильственного взаимодействия.</w:t>
      </w:r>
    </w:p>
    <w:p w14:paraId="7190767F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Развивать навыки самоконтроля, эмоциональной устойчивости и обращения за помощью в трудной ситуации.</w:t>
      </w:r>
    </w:p>
    <w:p w14:paraId="4E1EEA3D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Воспитывать ответственное отношение к жизни, здоровью, семье, школе и обществу.</w:t>
      </w:r>
    </w:p>
    <w:p w14:paraId="130CF98F" w14:textId="77777777" w:rsidR="00571BCF" w:rsidRPr="003A4531" w:rsidRDefault="00571BCF" w:rsidP="003A4531">
      <w:pPr>
        <w:spacing w:after="0" w:line="240" w:lineRule="auto"/>
        <w:rPr>
          <w:color w:val="000000" w:themeColor="text1"/>
          <w:lang w:val="ru-RU"/>
        </w:rPr>
      </w:pPr>
    </w:p>
    <w:p w14:paraId="73CE9CCB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t>Сентябрь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7A68D4B7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61FA4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B4A3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EBD4D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0E4F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BCB2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DED6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06A2E1F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563F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8114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Безопасная дорога в школу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CC7B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Правила дорожного движения, безопасный маршрут, светофор, пешеходный переход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74E7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Игра «Мой путь в школу»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9020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Разбор опасных ситуаций на дороге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0344B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Ответственность пешехода и водителя, самокаты, велосипеды, мопеды</w:t>
            </w:r>
          </w:p>
        </w:tc>
      </w:tr>
      <w:tr w:rsidR="00571BCF" w:rsidRPr="003A4531" w14:paraId="084A26D8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457F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05DC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Правила поведения в школе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A5F1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Безопасность на уроках, переменах, в столовой, спортзале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F510B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Школьные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правила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в </w:t>
            </w:r>
            <w:proofErr w:type="spellStart"/>
            <w:r w:rsidRPr="003A4531">
              <w:rPr>
                <w:color w:val="000000" w:themeColor="text1"/>
                <w:sz w:val="16"/>
              </w:rPr>
              <w:t>картинках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502B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Конфликты на перемене, дисциплина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5F9B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Личная ответственность, школьный устав</w:t>
            </w:r>
          </w:p>
        </w:tc>
      </w:tr>
      <w:tr w:rsidR="00571BCF" w:rsidRPr="003A4531" w14:paraId="54AC09A8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0F0E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5BB5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Терроризм — угроза обществу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1872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Осторожность с подозрительными предметами, действия при угрозе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B792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«</w:t>
            </w:r>
            <w:proofErr w:type="spellStart"/>
            <w:r w:rsidRPr="003A4531">
              <w:rPr>
                <w:color w:val="000000" w:themeColor="text1"/>
                <w:sz w:val="16"/>
              </w:rPr>
              <w:t>Не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трогай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чужие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предметы</w:t>
            </w:r>
            <w:proofErr w:type="spellEnd"/>
            <w:r w:rsidRPr="003A4531">
              <w:rPr>
                <w:color w:val="000000" w:themeColor="text1"/>
                <w:sz w:val="16"/>
              </w:rPr>
              <w:t>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3A2A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Алгоритм действий при ЧС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410F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Гражданская ответственность, экстремизм, безопасность в общественных местах</w:t>
            </w:r>
          </w:p>
        </w:tc>
      </w:tr>
      <w:tr w:rsidR="00571BCF" w:rsidRPr="003A4531" w14:paraId="4BD6A30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B4CC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CFA22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Мы разные, но мы вместе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4B8A6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Профилактика конфликтов, уважение, дружба, взаимопомощь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CB163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Игры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на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сплочение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112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Конфликты и способы их решения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6195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Толерантность, уважение границ, ответственность за слова</w:t>
            </w:r>
          </w:p>
        </w:tc>
      </w:tr>
    </w:tbl>
    <w:p w14:paraId="1C883D07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t>Октябрь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15CD66C8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9FEA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BF11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DBD3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803B7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75702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CB66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6222D80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CBB5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B79F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в сети Интернет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69D2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Пароли, личные данные, незнакомцы в сети, кибермошенничество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2718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«Что нельзя рассказывать в интернете»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9685D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Соцсети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фейковые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аккаунты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кибербуллинг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56CFD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Цифровой след, мошенничество, ответственность за публикации</w:t>
            </w:r>
          </w:p>
        </w:tc>
      </w:tr>
      <w:tr w:rsidR="00571BCF" w:rsidRPr="003A4531" w14:paraId="2FF4BBE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6D5F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AFCD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Осторожно: незнакомец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34A4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Поведение при встрече с незнакомыми людьми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5752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Правило «не иду, не беру, не говорю»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BA40C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Опасные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предложения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и </w:t>
            </w:r>
            <w:proofErr w:type="spellStart"/>
            <w:r w:rsidRPr="003A4531">
              <w:rPr>
                <w:color w:val="000000" w:themeColor="text1"/>
                <w:sz w:val="16"/>
              </w:rPr>
              <w:t>манипуляции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11C3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Личная безопасность в городе, такси, знакомства</w:t>
            </w:r>
          </w:p>
        </w:tc>
      </w:tr>
      <w:tr w:rsidR="00571BCF" w:rsidRPr="003A4531" w14:paraId="149C2B2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A71A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6E57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Пожарная безопасность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ED3B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Причины пожаров, правила эвакуации, телефоны экстренных служб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DBFA5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Правила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обращения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с </w:t>
            </w:r>
            <w:proofErr w:type="spellStart"/>
            <w:r w:rsidRPr="003A4531">
              <w:rPr>
                <w:color w:val="000000" w:themeColor="text1"/>
                <w:sz w:val="16"/>
              </w:rPr>
              <w:t>огнём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DE99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Эвакуация, бытовые приборы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73F1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Ответственность за нарушение правил пожарной безопасности</w:t>
            </w:r>
          </w:p>
        </w:tc>
      </w:tr>
      <w:tr w:rsidR="00571BCF" w:rsidRPr="003A4531" w14:paraId="030200A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029D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12F0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Профилактика простудных заболеваний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4CA0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Гигиена, режим дня, одежда по погоде, укрепление иммунитета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68698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Чистые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руки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— </w:t>
            </w:r>
            <w:proofErr w:type="spellStart"/>
            <w:r w:rsidRPr="003A4531">
              <w:rPr>
                <w:color w:val="000000" w:themeColor="text1"/>
                <w:sz w:val="16"/>
              </w:rPr>
              <w:t>здоровые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дети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415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Режим, сон, питание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5BBC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Ответственное отношение к здоровью</w:t>
            </w:r>
          </w:p>
        </w:tc>
      </w:tr>
    </w:tbl>
    <w:p w14:paraId="78B5AE29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lastRenderedPageBreak/>
        <w:t>Ноябрь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1460F21C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740D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08D1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1A2B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C2DF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BE3E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3BF5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73DBA99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4CCC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1A9E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Что такое буллинг и как ему противостоять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F6C5D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Травля, обидные слова, помощь взрослого, поддержка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D122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«</w:t>
            </w:r>
            <w:proofErr w:type="spellStart"/>
            <w:r w:rsidRPr="003A4531">
              <w:rPr>
                <w:color w:val="000000" w:themeColor="text1"/>
                <w:sz w:val="16"/>
              </w:rPr>
              <w:t>Нельзя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обижать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слабого</w:t>
            </w:r>
            <w:proofErr w:type="spellEnd"/>
            <w:r w:rsidRPr="003A4531">
              <w:rPr>
                <w:color w:val="000000" w:themeColor="text1"/>
                <w:sz w:val="16"/>
              </w:rPr>
              <w:t>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DA73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Буллинг и кибербуллинг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42B3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Правовые последствия травли</w:t>
            </w:r>
          </w:p>
        </w:tc>
      </w:tr>
      <w:tr w:rsidR="00571BCF" w:rsidRPr="003A4531" w14:paraId="7A15AFB4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5C4F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14FA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Я умею говорить “нет”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9AE6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Профилактика опасных предложений, давление сверстников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4A59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Простые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ситуации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выбора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2966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Давление компании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1F9B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Умение отстаивать границы</w:t>
            </w:r>
          </w:p>
        </w:tc>
      </w:tr>
      <w:tr w:rsidR="00571BCF" w:rsidRPr="003A4531" w14:paraId="21B5D2D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27E8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C0D4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Безопасность на водоёмах осенью и зимой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644A4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Тонкий лёд, запрет выхода на лёд, помощь при опасности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43E57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Почему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лёд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опасен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65B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Действия при провале под лёд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528D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Ответственность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за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рискованное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поведение</w:t>
            </w:r>
            <w:proofErr w:type="spellEnd"/>
          </w:p>
        </w:tc>
      </w:tr>
      <w:tr w:rsidR="00571BCF" w:rsidRPr="003A4531" w14:paraId="3C0251B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6B0C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8123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Права и обязанности школьника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EA41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Правила поведения, права ребёнка, обязанности ученика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ABCD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 xml:space="preserve">«Я </w:t>
            </w:r>
            <w:proofErr w:type="spellStart"/>
            <w:r w:rsidRPr="003A4531">
              <w:rPr>
                <w:color w:val="000000" w:themeColor="text1"/>
                <w:sz w:val="16"/>
              </w:rPr>
              <w:t>ученик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— я </w:t>
            </w:r>
            <w:proofErr w:type="spellStart"/>
            <w:r w:rsidRPr="003A4531">
              <w:rPr>
                <w:color w:val="000000" w:themeColor="text1"/>
                <w:sz w:val="16"/>
              </w:rPr>
              <w:t>отвечаю</w:t>
            </w:r>
            <w:proofErr w:type="spellEnd"/>
            <w:r w:rsidRPr="003A4531">
              <w:rPr>
                <w:color w:val="000000" w:themeColor="text1"/>
                <w:sz w:val="16"/>
              </w:rPr>
              <w:t>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C12F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Права, обязанности, школьные нормы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0A62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Административная и правовая ответственность</w:t>
            </w:r>
          </w:p>
        </w:tc>
      </w:tr>
    </w:tbl>
    <w:p w14:paraId="40060B36" w14:textId="77777777" w:rsidR="00571BCF" w:rsidRPr="003A4531" w:rsidRDefault="00571BCF" w:rsidP="003A4531">
      <w:pPr>
        <w:spacing w:after="0" w:line="240" w:lineRule="auto"/>
        <w:rPr>
          <w:color w:val="000000" w:themeColor="text1"/>
        </w:rPr>
      </w:pPr>
    </w:p>
    <w:p w14:paraId="42E8EAC3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r w:rsidRPr="003A4531">
        <w:rPr>
          <w:rFonts w:ascii="Times New Roman" w:hAnsi="Times New Roman"/>
          <w:color w:val="000000" w:themeColor="text1"/>
        </w:rPr>
        <w:t>Декабрь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6EB9835D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31400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34A0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C868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2A10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90A5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DD82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2F83BA8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1800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915C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Безопасный Новый год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49A6F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Ёлки, гирлянды, хлопушки, петарды, фейерверки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53778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Почему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пиротехника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опасна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DB15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Правила поведения на праздниках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9252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Ответственность за использование пиротехники</w:t>
            </w:r>
          </w:p>
        </w:tc>
      </w:tr>
      <w:tr w:rsidR="00571BCF" w:rsidRPr="003A4531" w14:paraId="18A3625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87FD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E873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на зимних каникулах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51D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Дом, улица, транспорт, ледяные горки, водоёмы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B18F7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Памятка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«</w:t>
            </w:r>
            <w:proofErr w:type="spellStart"/>
            <w:r w:rsidRPr="003A4531">
              <w:rPr>
                <w:color w:val="000000" w:themeColor="text1"/>
                <w:sz w:val="16"/>
              </w:rPr>
              <w:t>Каникулы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без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опасности</w:t>
            </w:r>
            <w:proofErr w:type="spellEnd"/>
            <w:r w:rsidRPr="003A4531">
              <w:rPr>
                <w:color w:val="000000" w:themeColor="text1"/>
                <w:sz w:val="16"/>
              </w:rPr>
              <w:t>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9AB9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Рискованные зимние развлечения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8EDB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Самоконтроль и ответственность на отдыхе</w:t>
            </w:r>
          </w:p>
        </w:tc>
      </w:tr>
      <w:tr w:rsidR="00571BCF" w:rsidRPr="003A4531" w14:paraId="2454EF05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15310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7F6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Осторожно: мошенники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F7BA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Телефонные звонки, сообщения, просьбы перевести деньги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7F0E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«Не сообщай коды и пароли»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22347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Интернет-магазины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фишинг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029E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Банковские карты, персональные данные</w:t>
            </w:r>
          </w:p>
        </w:tc>
      </w:tr>
      <w:tr w:rsidR="00571BCF" w:rsidRPr="003A4531" w14:paraId="2807F0F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53B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205C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Доброта против жестокости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4273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Милосердие, помощь, уважение, недопустимость насилия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475C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Добрые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поступки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E75F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Агрессия и её последствия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E4D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Эмпатия, ответственность, зрелое поведение</w:t>
            </w:r>
          </w:p>
        </w:tc>
      </w:tr>
    </w:tbl>
    <w:p w14:paraId="53B3D393" w14:textId="77777777" w:rsidR="00571BCF" w:rsidRPr="003A4531" w:rsidRDefault="00571BCF" w:rsidP="003A4531">
      <w:pPr>
        <w:spacing w:after="0" w:line="240" w:lineRule="auto"/>
        <w:rPr>
          <w:color w:val="000000" w:themeColor="text1"/>
        </w:rPr>
      </w:pPr>
    </w:p>
    <w:p w14:paraId="23F6A80C" w14:textId="77777777" w:rsidR="003A4531" w:rsidRPr="003A4531" w:rsidRDefault="003A4531" w:rsidP="003A4531">
      <w:pPr>
        <w:spacing w:after="0" w:line="240" w:lineRule="auto"/>
        <w:jc w:val="center"/>
        <w:rPr>
          <w:color w:val="000000" w:themeColor="text1"/>
        </w:rPr>
      </w:pPr>
    </w:p>
    <w:p w14:paraId="34C88FCF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r w:rsidRPr="003A4531">
        <w:rPr>
          <w:rFonts w:ascii="Times New Roman" w:hAnsi="Times New Roman"/>
          <w:color w:val="000000" w:themeColor="text1"/>
        </w:rPr>
        <w:t>Январь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3AA09599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1D72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7128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DF94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1739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8C03F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085F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30C2D35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7D6E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BB2A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Как вернуться в учебный режим после каникул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0C77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Режим дня, сон, питание, планирование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11F89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Мой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режим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дня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3958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Самоорганизация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D005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Тайм-менеджмент, подготовка к экзаменам</w:t>
            </w:r>
          </w:p>
        </w:tc>
      </w:tr>
      <w:tr w:rsidR="00571BCF" w:rsidRPr="003A4531" w14:paraId="6EF2C94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259E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F5CE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Эмоции под контролем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B613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Злость, страх, обида, способы успокоиться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DFC70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Учимся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мириться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A0CA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Конфликты и эмоции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47D2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Стресс, тревога, способы самопомощи</w:t>
            </w:r>
          </w:p>
        </w:tc>
      </w:tr>
      <w:tr w:rsidR="00571BCF" w:rsidRPr="003A4531" w14:paraId="47AB0823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100A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19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3391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Профилактика вредных привычек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1541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Здоровый образ жизни, вред курения и алкоголя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49794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Полезные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и </w:t>
            </w:r>
            <w:proofErr w:type="spellStart"/>
            <w:r w:rsidRPr="003A4531">
              <w:rPr>
                <w:color w:val="000000" w:themeColor="text1"/>
                <w:sz w:val="16"/>
              </w:rPr>
              <w:t>вредные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привычки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7E7B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Давление сверстников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09D2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ПАВ, зависимость, последствия выбора</w:t>
            </w:r>
          </w:p>
        </w:tc>
      </w:tr>
      <w:tr w:rsidR="00571BCF" w:rsidRPr="003A4531" w14:paraId="03E412D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40E7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CC13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в общественных местах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CC20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Транспорт, торговые центры, массовые мероприятия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C741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Не теряться и обращаться за помощью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E5F42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Правила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поведения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в </w:t>
            </w:r>
            <w:proofErr w:type="spellStart"/>
            <w:r w:rsidRPr="003A4531">
              <w:rPr>
                <w:color w:val="000000" w:themeColor="text1"/>
                <w:sz w:val="16"/>
              </w:rPr>
              <w:t>толпе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95D1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Паника, эвакуация, личная безопасность</w:t>
            </w:r>
          </w:p>
        </w:tc>
      </w:tr>
    </w:tbl>
    <w:p w14:paraId="5FB3AEC0" w14:textId="77777777" w:rsidR="00571BCF" w:rsidRPr="003A4531" w:rsidRDefault="00571BCF" w:rsidP="003A4531">
      <w:pPr>
        <w:spacing w:after="0" w:line="240" w:lineRule="auto"/>
        <w:rPr>
          <w:color w:val="000000" w:themeColor="text1"/>
        </w:rPr>
      </w:pPr>
    </w:p>
    <w:p w14:paraId="0B43E421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r w:rsidRPr="003A4531">
        <w:rPr>
          <w:rFonts w:ascii="Times New Roman" w:hAnsi="Times New Roman"/>
          <w:color w:val="000000" w:themeColor="text1"/>
        </w:rPr>
        <w:lastRenderedPageBreak/>
        <w:t>Февраль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11CB56F4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37A70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CFA3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A826E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E8A58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449A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A31F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17073A5C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3851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6856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Месячник гражданско-патриотического воспитания: ответственность и долг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8680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Ответственность перед семьёй, школой, страной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CBE4D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Герои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рядом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D41F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Поступок и ответственность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7E70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Гражданская позиция</w:t>
            </w:r>
          </w:p>
        </w:tc>
      </w:tr>
      <w:tr w:rsidR="00571BCF" w:rsidRPr="003A4531" w14:paraId="03E8D19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6991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BCDA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в транспорте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CCE9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Автобус, автомобиль, поезд, ремни безопасности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E51A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Как вести себя в автобусе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FECA8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Опасности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на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остановках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6B34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ДТП, ответственность пассажира и водителя</w:t>
            </w:r>
          </w:p>
        </w:tc>
      </w:tr>
      <w:tr w:rsidR="00571BCF" w:rsidRPr="003A4531" w14:paraId="4FD3C4B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D27B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917C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Конфликт: как решить без драки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2302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Мирное общение, просьба о помощи, переговоры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5C4EB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«Ссора — не беда, если мириться умеешь»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01FE5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Алгоритм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выхода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из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конфликта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47AB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Медиация, правовые последствия насилия</w:t>
            </w:r>
          </w:p>
        </w:tc>
      </w:tr>
      <w:tr w:rsidR="00571BCF" w:rsidRPr="003A4531" w14:paraId="35BCD52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EC0A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2940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Информационная безопасность и фейки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58896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Как отличить правду от вымысла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5DD9A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Верю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— </w:t>
            </w:r>
            <w:proofErr w:type="spellStart"/>
            <w:r w:rsidRPr="003A4531">
              <w:rPr>
                <w:color w:val="000000" w:themeColor="text1"/>
                <w:sz w:val="16"/>
              </w:rPr>
              <w:t>не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верю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3213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Фейки в соцсетях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DB3E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Манипуляции, пропаганда, критическое мышление</w:t>
            </w:r>
          </w:p>
        </w:tc>
      </w:tr>
    </w:tbl>
    <w:p w14:paraId="284B1B35" w14:textId="77777777" w:rsidR="00571BCF" w:rsidRPr="003A4531" w:rsidRDefault="00571BCF" w:rsidP="003A4531">
      <w:pPr>
        <w:spacing w:after="0" w:line="240" w:lineRule="auto"/>
        <w:rPr>
          <w:color w:val="000000" w:themeColor="text1"/>
        </w:rPr>
      </w:pPr>
    </w:p>
    <w:p w14:paraId="645F7D65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r w:rsidRPr="003A4531">
        <w:rPr>
          <w:rFonts w:ascii="Times New Roman" w:hAnsi="Times New Roman"/>
          <w:color w:val="000000" w:themeColor="text1"/>
        </w:rPr>
        <w:t>Март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2DE183D4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5A6DE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7D59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A006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E8DF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92410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C9196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71393F1B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B37F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E609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Безопасность весной: лёд, крыши, сосульки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D19C4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Весенние опасности, тающий лёд, гололёд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268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Где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нельзя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играть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весной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DF1D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Опасные места весной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2F62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Ответственность за риск</w:t>
            </w:r>
          </w:p>
        </w:tc>
      </w:tr>
      <w:tr w:rsidR="00571BCF" w:rsidRPr="003A4531" w14:paraId="7BB963C4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6D6F6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1616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Профилактика правонарушений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3661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Что такое проступок, нарушение, ответственность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815A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Можно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и </w:t>
            </w:r>
            <w:proofErr w:type="spellStart"/>
            <w:r w:rsidRPr="003A4531">
              <w:rPr>
                <w:color w:val="000000" w:themeColor="text1"/>
                <w:sz w:val="16"/>
              </w:rPr>
              <w:t>нельзя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2381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Мелкое хулиганство, порча имущества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F388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Административная и уголовная ответственность</w:t>
            </w:r>
          </w:p>
        </w:tc>
      </w:tr>
      <w:tr w:rsidR="00571BCF" w:rsidRPr="003A4531" w14:paraId="5843BCA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561C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591DF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Здоровое питание и активный образ жизни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9EBC7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Питание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движение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режим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гаджеты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7345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Полезная тарелка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FE1F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Спорт против вредных привычек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CC44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Здоровье как ресурс будущего</w:t>
            </w:r>
          </w:p>
        </w:tc>
      </w:tr>
      <w:tr w:rsidR="00571BCF" w:rsidRPr="003A4531" w14:paraId="6D75331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A189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ED164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Мир без насилия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D66D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Уважение, помощь, поддержка, обращение к взрослым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5D90F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Нельзя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обижать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4D68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Насилие в школе и семье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7278D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Как искать помощь, куда обращаться</w:t>
            </w:r>
          </w:p>
        </w:tc>
      </w:tr>
    </w:tbl>
    <w:p w14:paraId="44362EFB" w14:textId="77777777" w:rsidR="00571BCF" w:rsidRPr="003A4531" w:rsidRDefault="00571BCF" w:rsidP="003A4531">
      <w:pPr>
        <w:spacing w:after="0" w:line="240" w:lineRule="auto"/>
        <w:rPr>
          <w:color w:val="000000" w:themeColor="text1"/>
          <w:lang w:val="ru-RU"/>
        </w:rPr>
      </w:pPr>
    </w:p>
    <w:p w14:paraId="6DB53869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t>Апрель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5DCCEB05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1FD31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B341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B2B4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82E7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B65B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CB140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46318EB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116C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29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A2B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на природе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618D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Лес, клещи, костры, водоёмы, животные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3486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Как вести себя в лесу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D1A30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Походы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костры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мусор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298E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Экологическая и личная безопасность</w:t>
            </w:r>
          </w:p>
        </w:tc>
      </w:tr>
      <w:tr w:rsidR="00571BCF" w:rsidRPr="003A4531" w14:paraId="1048F42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DF65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0A0A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Экстремизм и радикальные идеи: как не попасть под влияние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0FFDC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Опасные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группы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манипуляции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, </w:t>
            </w:r>
            <w:proofErr w:type="spellStart"/>
            <w:r w:rsidRPr="003A4531">
              <w:rPr>
                <w:color w:val="000000" w:themeColor="text1"/>
                <w:sz w:val="16"/>
              </w:rPr>
              <w:t>вербовка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4942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Добро и зло в поступках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9879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Опасные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сообщества</w:t>
            </w:r>
            <w:proofErr w:type="spellEnd"/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A40E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Ответственность за участие и распространение материалов</w:t>
            </w:r>
          </w:p>
        </w:tc>
      </w:tr>
      <w:tr w:rsidR="00571BCF" w:rsidRPr="003A4531" w14:paraId="66F68E6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36E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6721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Профилактика зависимостей: гаджеты, игры, соцсети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2E5D1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Экранное время, баланс, живое общение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7757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День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без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телефона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3323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Игровая зависимость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996A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Цифровая гигиена, самоконтроль</w:t>
            </w:r>
          </w:p>
        </w:tc>
      </w:tr>
      <w:tr w:rsidR="00571BCF" w:rsidRPr="003A4531" w14:paraId="52AB8C55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666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04F5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Безопасное поведение дома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0C474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Газ, электричество, лекарства, бытовая химия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D55A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Один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дома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CF40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Бытовые риски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79854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Ответственность за младших, первая помощь</w:t>
            </w:r>
          </w:p>
        </w:tc>
      </w:tr>
    </w:tbl>
    <w:p w14:paraId="1A336D1A" w14:textId="77777777" w:rsidR="00571BCF" w:rsidRPr="003A4531" w:rsidRDefault="00571BCF" w:rsidP="003A4531">
      <w:pPr>
        <w:spacing w:after="0" w:line="240" w:lineRule="auto"/>
        <w:rPr>
          <w:color w:val="000000" w:themeColor="text1"/>
          <w:lang w:val="ru-RU"/>
        </w:rPr>
      </w:pPr>
    </w:p>
    <w:p w14:paraId="41ED3837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lastRenderedPageBreak/>
        <w:t>Май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  <w:gridCol w:w="2381"/>
        <w:gridCol w:w="2494"/>
      </w:tblGrid>
      <w:tr w:rsidR="00571BCF" w:rsidRPr="003A4531" w14:paraId="57F1D74E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2718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AB9F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DE63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56AF5D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1–4 классы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9270A2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5–8 классы</w:t>
            </w:r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F7B54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7"/>
              </w:rPr>
              <w:t>9–11 классы</w:t>
            </w:r>
          </w:p>
        </w:tc>
      </w:tr>
      <w:tr w:rsidR="00571BCF" w:rsidRPr="003A4531" w14:paraId="4CF4807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B0D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6ECD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b/>
                <w:color w:val="000000" w:themeColor="text1"/>
                <w:sz w:val="16"/>
              </w:rPr>
              <w:t>Безопасность на летних каникулах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8FD4D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Вода, солнце, дорога, незнакомцы, интернет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A3CDB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Памятка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«</w:t>
            </w:r>
            <w:proofErr w:type="spellStart"/>
            <w:r w:rsidRPr="003A4531">
              <w:rPr>
                <w:color w:val="000000" w:themeColor="text1"/>
                <w:sz w:val="16"/>
              </w:rPr>
              <w:t>Лето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безопасно</w:t>
            </w:r>
            <w:proofErr w:type="spellEnd"/>
            <w:r w:rsidRPr="003A4531">
              <w:rPr>
                <w:color w:val="000000" w:themeColor="text1"/>
                <w:sz w:val="16"/>
              </w:rPr>
              <w:t>»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54C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Летние риски и ответственность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A517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Поездки, компании, документы, поведение в общественных местах</w:t>
            </w:r>
          </w:p>
        </w:tc>
      </w:tr>
      <w:tr w:rsidR="00571BCF" w:rsidRPr="003A4531" w14:paraId="4FAD2DE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182E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8267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Итоги года: чему мы научились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9A7A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Повторение правил безопасности, профилактика рисков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1C9DA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Викторина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по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безопасности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9604C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Разбор ситуаций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034F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Личный план безопасности на лето</w:t>
            </w:r>
          </w:p>
        </w:tc>
      </w:tr>
      <w:tr w:rsidR="00571BCF" w:rsidRPr="003A4531" w14:paraId="5862DB30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754B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9706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День Победы: память, уважение, ответственность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A18A6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Патриотическое воспитание, уважение к истории семьи и страны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09476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Герои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моей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семьи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C4BE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Память поколений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7EED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Историческая память и гражданская ответственность</w:t>
            </w:r>
          </w:p>
        </w:tc>
      </w:tr>
      <w:tr w:rsidR="00571BCF" w:rsidRPr="003A4531" w14:paraId="7429F822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FB10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6"/>
              </w:rPr>
              <w:t>36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8402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6"/>
                <w:lang w:val="ru-RU"/>
              </w:rPr>
              <w:t>Безопасность во время массовых мероприятий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1D862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Поведение на праздниках, концертах, линейках, в толпе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6F4A0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Держись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рядом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со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взрослыми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393D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6"/>
                <w:lang w:val="ru-RU"/>
              </w:rPr>
              <w:t>Как не потеряться в толпе</w:t>
            </w:r>
          </w:p>
        </w:tc>
        <w:tc>
          <w:tcPr>
            <w:tcW w:w="24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B604C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color w:val="000000" w:themeColor="text1"/>
                <w:sz w:val="16"/>
              </w:rPr>
              <w:t>Алгоритм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действий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3A4531">
              <w:rPr>
                <w:color w:val="000000" w:themeColor="text1"/>
                <w:sz w:val="16"/>
              </w:rPr>
              <w:t>при</w:t>
            </w:r>
            <w:proofErr w:type="spellEnd"/>
            <w:r w:rsidRPr="003A4531">
              <w:rPr>
                <w:color w:val="000000" w:themeColor="text1"/>
                <w:sz w:val="16"/>
              </w:rPr>
              <w:t xml:space="preserve"> ЧС</w:t>
            </w:r>
          </w:p>
        </w:tc>
      </w:tr>
    </w:tbl>
    <w:p w14:paraId="092116DB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3A4531">
        <w:rPr>
          <w:rFonts w:ascii="Times New Roman" w:hAnsi="Times New Roman"/>
          <w:color w:val="000000" w:themeColor="text1"/>
          <w:lang w:val="ru-RU"/>
        </w:rPr>
        <w:t>Дополнительные тематические классные часы для проведения в течение года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529"/>
        <w:gridCol w:w="4637"/>
        <w:gridCol w:w="5083"/>
      </w:tblGrid>
      <w:tr w:rsidR="00571BCF" w:rsidRPr="003A4531" w14:paraId="36358510" w14:textId="77777777" w:rsidTr="003A4531">
        <w:trPr>
          <w:tblHeader/>
          <w:jc w:val="center"/>
        </w:trPr>
        <w:tc>
          <w:tcPr>
            <w:tcW w:w="5529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6959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b/>
                <w:color w:val="000000" w:themeColor="text1"/>
                <w:sz w:val="18"/>
              </w:rPr>
              <w:t>Тема</w:t>
            </w:r>
            <w:proofErr w:type="spellEnd"/>
          </w:p>
        </w:tc>
        <w:tc>
          <w:tcPr>
            <w:tcW w:w="463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A1DE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b/>
                <w:color w:val="000000" w:themeColor="text1"/>
                <w:sz w:val="18"/>
              </w:rPr>
              <w:t>Для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каких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классов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подходит</w:t>
            </w:r>
            <w:proofErr w:type="spellEnd"/>
          </w:p>
        </w:tc>
        <w:tc>
          <w:tcPr>
            <w:tcW w:w="508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A8D3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b/>
                <w:color w:val="000000" w:themeColor="text1"/>
                <w:sz w:val="18"/>
              </w:rPr>
              <w:t>Содержание</w:t>
            </w:r>
            <w:proofErr w:type="spellEnd"/>
          </w:p>
        </w:tc>
      </w:tr>
      <w:tr w:rsidR="00571BCF" w:rsidRPr="003A4531" w14:paraId="1BC83914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E8B8F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b/>
                <w:color w:val="000000" w:themeColor="text1"/>
                <w:sz w:val="18"/>
              </w:rPr>
              <w:t>Телефон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доверия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: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помощь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рядом</w:t>
            </w:r>
            <w:proofErr w:type="spellEnd"/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CB123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1–11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44A6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Куда обращаться, если страшно, одиноко, трудно или опасно</w:t>
            </w:r>
          </w:p>
        </w:tc>
      </w:tr>
      <w:tr w:rsidR="00571BCF" w:rsidRPr="003A4531" w14:paraId="5EAA744D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26E6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Ответственность за оскорбления в сети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28A2F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5–11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C1767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Комментарии, переписки, скриншоты, цифровой след</w:t>
            </w:r>
          </w:p>
        </w:tc>
      </w:tr>
      <w:tr w:rsidR="00571BCF" w:rsidRPr="003A4531" w14:paraId="58E08A6C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C9C6B" w14:textId="77777777" w:rsidR="00571BCF" w:rsidRPr="003A4531" w:rsidRDefault="00000000" w:rsidP="003A4531">
            <w:pPr>
              <w:rPr>
                <w:color w:val="000000" w:themeColor="text1"/>
              </w:rPr>
            </w:pPr>
            <w:proofErr w:type="spellStart"/>
            <w:r w:rsidRPr="003A4531">
              <w:rPr>
                <w:b/>
                <w:color w:val="000000" w:themeColor="text1"/>
                <w:sz w:val="18"/>
              </w:rPr>
              <w:t>Безопасность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на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железной</w:t>
            </w:r>
            <w:proofErr w:type="spellEnd"/>
            <w:r w:rsidRPr="003A453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3A4531">
              <w:rPr>
                <w:b/>
                <w:color w:val="000000" w:themeColor="text1"/>
                <w:sz w:val="18"/>
              </w:rPr>
              <w:t>дороге</w:t>
            </w:r>
            <w:proofErr w:type="spellEnd"/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984AB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1–11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37F1F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Платформы, переходы, зацепинг, наушники, игры у путей</w:t>
            </w:r>
          </w:p>
        </w:tc>
      </w:tr>
      <w:tr w:rsidR="00571BCF" w:rsidRPr="003A4531" w14:paraId="22A74353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B39FC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Самокаты, велосипеды, мопеды: правила и риски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C4FD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3–11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FB60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Шлем, скорость, дорога, пешеходные зоны</w:t>
            </w:r>
          </w:p>
        </w:tc>
      </w:tr>
      <w:tr w:rsidR="00571BCF" w:rsidRPr="003A4531" w14:paraId="4A74FEA9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E88A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Профилактика суицидального поведения: ценность жизни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CBF9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7–11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0BD8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Поддержка, обращение за помощью, разговор о трудных чувствах</w:t>
            </w:r>
          </w:p>
        </w:tc>
      </w:tr>
      <w:tr w:rsidR="00571BCF" w:rsidRPr="003A4531" w14:paraId="79AB3C3B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A852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Как не стать жертвой мошенников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2978E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4–11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D2ED9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Коды из СМС, банковские карты, звонки, фишинговые ссылки</w:t>
            </w:r>
          </w:p>
        </w:tc>
      </w:tr>
      <w:tr w:rsidR="00571BCF" w:rsidRPr="003A4531" w14:paraId="5E1A69BB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297DF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Профилактика употребления алкоголя и курения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92A57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5–11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A2DC3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Давление компании, здоровье, закон, последствия</w:t>
            </w:r>
          </w:p>
        </w:tc>
      </w:tr>
      <w:tr w:rsidR="00571BCF" w:rsidRPr="003A4531" w14:paraId="05A35A2A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073F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Что делать, если ты стал свидетелем травли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DCD55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3–11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B20BA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Роль свидетеля, поддержка пострадавшего, обращение к взрослым</w:t>
            </w:r>
          </w:p>
        </w:tc>
      </w:tr>
      <w:tr w:rsidR="00571BCF" w:rsidRPr="003A4531" w14:paraId="6F91F642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6A185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Безопасность при общении с животными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F6838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1–6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E24AE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Бездомные животные, укусы, правила поведения</w:t>
            </w:r>
          </w:p>
        </w:tc>
      </w:tr>
      <w:tr w:rsidR="00571BCF" w:rsidRPr="003A4531" w14:paraId="772713F4" w14:textId="77777777" w:rsidTr="003A4531">
        <w:trPr>
          <w:jc w:val="center"/>
        </w:trPr>
        <w:tc>
          <w:tcPr>
            <w:tcW w:w="552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13404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b/>
                <w:color w:val="000000" w:themeColor="text1"/>
                <w:sz w:val="18"/>
                <w:lang w:val="ru-RU"/>
              </w:rPr>
              <w:t>Первая помощь: что может сделать школьник</w:t>
            </w:r>
          </w:p>
        </w:tc>
        <w:tc>
          <w:tcPr>
            <w:tcW w:w="4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68FA" w14:textId="77777777" w:rsidR="00571BCF" w:rsidRPr="003A4531" w:rsidRDefault="00000000" w:rsidP="003A4531">
            <w:pPr>
              <w:rPr>
                <w:color w:val="000000" w:themeColor="text1"/>
              </w:rPr>
            </w:pPr>
            <w:r w:rsidRPr="003A4531">
              <w:rPr>
                <w:color w:val="000000" w:themeColor="text1"/>
                <w:sz w:val="18"/>
              </w:rPr>
              <w:t>5–11</w:t>
            </w:r>
          </w:p>
        </w:tc>
        <w:tc>
          <w:tcPr>
            <w:tcW w:w="508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90B66" w14:textId="77777777" w:rsidR="00571BCF" w:rsidRPr="003A4531" w:rsidRDefault="00000000" w:rsidP="003A4531">
            <w:pPr>
              <w:rPr>
                <w:color w:val="000000" w:themeColor="text1"/>
                <w:lang w:val="ru-RU"/>
              </w:rPr>
            </w:pPr>
            <w:r w:rsidRPr="003A4531">
              <w:rPr>
                <w:color w:val="000000" w:themeColor="text1"/>
                <w:sz w:val="18"/>
                <w:lang w:val="ru-RU"/>
              </w:rPr>
              <w:t>Вызов скорой помощи, безопасность места, простые алгоритмы</w:t>
            </w:r>
          </w:p>
        </w:tc>
      </w:tr>
    </w:tbl>
    <w:p w14:paraId="313577EB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3A4531">
        <w:rPr>
          <w:rFonts w:ascii="Times New Roman" w:hAnsi="Times New Roman"/>
          <w:color w:val="000000" w:themeColor="text1"/>
          <w:lang w:val="ru-RU"/>
        </w:rPr>
        <w:t>Рекомендуемые формы проведения</w:t>
      </w:r>
    </w:p>
    <w:p w14:paraId="6B464B02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Беседа с элементами обсуждения.</w:t>
      </w:r>
    </w:p>
    <w:p w14:paraId="02B8875D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Ситуационная игра.</w:t>
      </w:r>
    </w:p>
    <w:p w14:paraId="7C2DA32B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Викторина по правилам безопасности.</w:t>
      </w:r>
    </w:p>
    <w:p w14:paraId="7DD9A527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Просмотр и обсуждение обучающего видеоролика.</w:t>
      </w:r>
    </w:p>
    <w:p w14:paraId="21A1B5BE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Разбор жизненных ситуаций.</w:t>
      </w:r>
    </w:p>
    <w:p w14:paraId="53C5F524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Работа в группах.</w:t>
      </w:r>
    </w:p>
    <w:p w14:paraId="6C5A4BFA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lastRenderedPageBreak/>
        <w:t xml:space="preserve">• </w:t>
      </w:r>
      <w:r w:rsidRPr="003A4531">
        <w:rPr>
          <w:color w:val="000000" w:themeColor="text1"/>
          <w:lang w:val="ru-RU"/>
        </w:rPr>
        <w:t>Создание памяток, плакатов, буклетов.</w:t>
      </w:r>
    </w:p>
    <w:p w14:paraId="5F21B738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Встреча с инспектором ПДН, сотрудником ГИБДД, МЧС, психологом, социальным педагогом.</w:t>
      </w:r>
    </w:p>
    <w:p w14:paraId="2B7ED3DC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Тренировочная эвакуация.</w:t>
      </w:r>
    </w:p>
    <w:p w14:paraId="3B9263B5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Анкетирование и рефлексия.</w:t>
      </w:r>
    </w:p>
    <w:p w14:paraId="7A07E6D9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3A4531">
        <w:rPr>
          <w:rFonts w:ascii="Times New Roman" w:hAnsi="Times New Roman"/>
          <w:color w:val="000000" w:themeColor="text1"/>
          <w:lang w:val="ru-RU"/>
        </w:rPr>
        <w:t>Ожидаемые результаты</w:t>
      </w:r>
    </w:p>
    <w:p w14:paraId="1C3019B5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Знать основные правила безопасного поведения в школе, дома, на улице, в транспорте и интернете.</w:t>
      </w:r>
    </w:p>
    <w:p w14:paraId="7C56E66E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Понимать последствия рискованного поведения, правонарушений, травли и вредных привычек.</w:t>
      </w:r>
    </w:p>
    <w:p w14:paraId="2CD2F436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Уметь обращаться за помощью к взрослым и в экстренные службы.</w:t>
      </w:r>
    </w:p>
    <w:p w14:paraId="33EF84F9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Осознавать ценность жизни, здоровья, уважительного общения и личной ответственности.</w:t>
      </w:r>
    </w:p>
    <w:p w14:paraId="06CD17A2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Соблюдать правила поведения во время каникул, массовых мероприятий и чрезвычайных ситуаций.</w:t>
      </w:r>
    </w:p>
    <w:p w14:paraId="051046CC" w14:textId="77777777" w:rsidR="00571BCF" w:rsidRPr="003A4531" w:rsidRDefault="00000000" w:rsidP="003A4531">
      <w:pPr>
        <w:spacing w:after="0" w:line="240" w:lineRule="auto"/>
        <w:ind w:left="340" w:hanging="170"/>
        <w:rPr>
          <w:color w:val="000000" w:themeColor="text1"/>
          <w:lang w:val="ru-RU"/>
        </w:rPr>
      </w:pPr>
      <w:r w:rsidRPr="003A4531">
        <w:rPr>
          <w:b/>
          <w:color w:val="000000" w:themeColor="text1"/>
          <w:lang w:val="ru-RU"/>
        </w:rPr>
        <w:t xml:space="preserve">• </w:t>
      </w:r>
      <w:r w:rsidRPr="003A4531">
        <w:rPr>
          <w:color w:val="000000" w:themeColor="text1"/>
          <w:lang w:val="ru-RU"/>
        </w:rPr>
        <w:t>Проявлять уважение к окружающим, семье, школе, закону и своей стране.</w:t>
      </w:r>
    </w:p>
    <w:p w14:paraId="5C78A246" w14:textId="77777777" w:rsidR="00571BCF" w:rsidRPr="003A4531" w:rsidRDefault="00000000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3A4531">
        <w:rPr>
          <w:rFonts w:ascii="Times New Roman" w:hAnsi="Times New Roman"/>
          <w:color w:val="000000" w:themeColor="text1"/>
          <w:lang w:val="ru-RU"/>
        </w:rPr>
        <w:t>Примечание</w:t>
      </w:r>
    </w:p>
    <w:p w14:paraId="1AF6510A" w14:textId="77777777" w:rsidR="00571BCF" w:rsidRPr="003A4531" w:rsidRDefault="00000000" w:rsidP="003A4531">
      <w:pPr>
        <w:spacing w:after="0" w:line="240" w:lineRule="auto"/>
        <w:rPr>
          <w:color w:val="000000" w:themeColor="text1"/>
          <w:lang w:val="ru-RU"/>
        </w:rPr>
      </w:pPr>
      <w:r w:rsidRPr="003A4531">
        <w:rPr>
          <w:color w:val="000000" w:themeColor="text1"/>
          <w:lang w:val="ru-RU"/>
        </w:rPr>
        <w:t>План может быть адаптирован классным руководителем с учётом возраста обучающихся, особенностей класса, календаря профилактических мероприятий образовательной организации, региональных акций, памятных дат и рекомендаций администрации школы.</w:t>
      </w:r>
    </w:p>
    <w:sectPr w:rsidR="00571BCF" w:rsidRPr="003A4531" w:rsidSect="00034616">
      <w:footerReference w:type="default" r:id="rId8"/>
      <w:pgSz w:w="16838" w:h="11906" w:orient="landscape"/>
      <w:pgMar w:top="737" w:right="794" w:bottom="73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F30C" w14:textId="77777777" w:rsidR="00AC684B" w:rsidRDefault="00AC684B">
      <w:pPr>
        <w:spacing w:after="0" w:line="240" w:lineRule="auto"/>
      </w:pPr>
      <w:r>
        <w:separator/>
      </w:r>
    </w:p>
  </w:endnote>
  <w:endnote w:type="continuationSeparator" w:id="0">
    <w:p w14:paraId="493A85D5" w14:textId="77777777" w:rsidR="00AC684B" w:rsidRDefault="00AC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AD39" w14:textId="61B1279D" w:rsidR="00571BCF" w:rsidRPr="003A4531" w:rsidRDefault="00571BCF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AE9E" w14:textId="77777777" w:rsidR="00AC684B" w:rsidRDefault="00AC684B">
      <w:pPr>
        <w:spacing w:after="0" w:line="240" w:lineRule="auto"/>
      </w:pPr>
      <w:r>
        <w:separator/>
      </w:r>
    </w:p>
  </w:footnote>
  <w:footnote w:type="continuationSeparator" w:id="0">
    <w:p w14:paraId="290ECD90" w14:textId="77777777" w:rsidR="00AC684B" w:rsidRDefault="00AC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2088658">
    <w:abstractNumId w:val="8"/>
  </w:num>
  <w:num w:numId="2" w16cid:durableId="1372344246">
    <w:abstractNumId w:val="6"/>
  </w:num>
  <w:num w:numId="3" w16cid:durableId="1076124613">
    <w:abstractNumId w:val="5"/>
  </w:num>
  <w:num w:numId="4" w16cid:durableId="1186746282">
    <w:abstractNumId w:val="4"/>
  </w:num>
  <w:num w:numId="5" w16cid:durableId="1343825362">
    <w:abstractNumId w:val="7"/>
  </w:num>
  <w:num w:numId="6" w16cid:durableId="1258908518">
    <w:abstractNumId w:val="3"/>
  </w:num>
  <w:num w:numId="7" w16cid:durableId="1073087685">
    <w:abstractNumId w:val="2"/>
  </w:num>
  <w:num w:numId="8" w16cid:durableId="1528566026">
    <w:abstractNumId w:val="1"/>
  </w:num>
  <w:num w:numId="9" w16cid:durableId="210417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4531"/>
    <w:rsid w:val="00565D70"/>
    <w:rsid w:val="00571BCF"/>
    <w:rsid w:val="00AA1D8D"/>
    <w:rsid w:val="00AC684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95EC3"/>
  <w14:defaultImageDpi w14:val="300"/>
  <w15:docId w15:val="{B0E114AF-2722-4EC7-9DA7-8F550CF6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Виктория Кокурина</cp:lastModifiedBy>
  <cp:revision>2</cp:revision>
  <dcterms:created xsi:type="dcterms:W3CDTF">2013-12-23T23:15:00Z</dcterms:created>
  <dcterms:modified xsi:type="dcterms:W3CDTF">2026-07-14T19:37:00Z</dcterms:modified>
  <cp:category/>
</cp:coreProperties>
</file>